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23635" w14:textId="7EEAF45E" w:rsidR="00F61302" w:rsidRDefault="00FB1298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F4BE21" wp14:editId="4F777707">
                <wp:simplePos x="0" y="0"/>
                <wp:positionH relativeFrom="column">
                  <wp:posOffset>7629574</wp:posOffset>
                </wp:positionH>
                <wp:positionV relativeFrom="paragraph">
                  <wp:posOffset>363318</wp:posOffset>
                </wp:positionV>
                <wp:extent cx="1981200" cy="1076325"/>
                <wp:effectExtent l="0" t="0" r="19050" b="28575"/>
                <wp:wrapNone/>
                <wp:docPr id="417345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076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DC874F" w14:textId="657E6266" w:rsidR="00791177" w:rsidRDefault="00791177" w:rsidP="00791177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POSTED 0</w:t>
                            </w:r>
                            <w:r w:rsidR="008D7CBF">
                              <w:rPr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color w:val="FF0000"/>
                              </w:rPr>
                              <w:t>/</w:t>
                            </w:r>
                            <w:r w:rsidR="008D7CBF">
                              <w:rPr>
                                <w:color w:val="FF0000"/>
                              </w:rPr>
                              <w:t>24</w:t>
                            </w:r>
                            <w:r>
                              <w:rPr>
                                <w:color w:val="FF0000"/>
                              </w:rPr>
                              <w:t>/202</w:t>
                            </w:r>
                            <w:r w:rsidR="000D59A7">
                              <w:rPr>
                                <w:color w:val="FF0000"/>
                              </w:rPr>
                              <w:t>6</w:t>
                            </w:r>
                          </w:p>
                          <w:p w14:paraId="423FBE29" w14:textId="77777777" w:rsidR="00791177" w:rsidRDefault="00791177" w:rsidP="00791177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City Hall</w:t>
                            </w:r>
                          </w:p>
                          <w:p w14:paraId="226F0A48" w14:textId="77777777" w:rsidR="00791177" w:rsidRDefault="00791177" w:rsidP="00791177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Library</w:t>
                            </w:r>
                          </w:p>
                          <w:p w14:paraId="18EA2867" w14:textId="77777777" w:rsidR="00791177" w:rsidRDefault="00791177" w:rsidP="00791177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Post Office</w:t>
                            </w:r>
                          </w:p>
                          <w:p w14:paraId="6A1CAC64" w14:textId="77777777" w:rsidR="00791177" w:rsidRPr="00636687" w:rsidRDefault="00791177" w:rsidP="00791177">
                            <w:r>
                              <w:t>Signature_________________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4BE2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00.75pt;margin-top:28.6pt;width:156pt;height:8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" fillcolor="window" strokeweight=".5pt">
                <v:textbox>
                  <w:txbxContent>
                    <w:p w14:paraId="57DC874F" w14:textId="657E6266" w:rsidR="00791177" w:rsidRDefault="00791177" w:rsidP="00791177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POSTED 0</w:t>
                      </w:r>
                      <w:r w:rsidR="008D7CBF">
                        <w:rPr>
                          <w:color w:val="FF0000"/>
                        </w:rPr>
                        <w:t>8</w:t>
                      </w:r>
                      <w:r>
                        <w:rPr>
                          <w:color w:val="FF0000"/>
                        </w:rPr>
                        <w:t>/</w:t>
                      </w:r>
                      <w:r w:rsidR="008D7CBF">
                        <w:rPr>
                          <w:color w:val="FF0000"/>
                        </w:rPr>
                        <w:t>24</w:t>
                      </w:r>
                      <w:r>
                        <w:rPr>
                          <w:color w:val="FF0000"/>
                        </w:rPr>
                        <w:t>/202</w:t>
                      </w:r>
                      <w:r w:rsidR="000D59A7">
                        <w:rPr>
                          <w:color w:val="FF0000"/>
                        </w:rPr>
                        <w:t>6</w:t>
                      </w:r>
                    </w:p>
                    <w:p w14:paraId="423FBE29" w14:textId="77777777" w:rsidR="00791177" w:rsidRDefault="00791177" w:rsidP="00791177">
                      <w:pPr>
                        <w:spacing w:after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City Hall</w:t>
                      </w:r>
                    </w:p>
                    <w:p w14:paraId="226F0A48" w14:textId="77777777" w:rsidR="00791177" w:rsidRDefault="00791177" w:rsidP="00791177">
                      <w:pPr>
                        <w:spacing w:after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Library</w:t>
                      </w:r>
                    </w:p>
                    <w:p w14:paraId="18EA2867" w14:textId="77777777" w:rsidR="00791177" w:rsidRDefault="00791177" w:rsidP="00791177">
                      <w:pPr>
                        <w:spacing w:after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Post Office</w:t>
                      </w:r>
                    </w:p>
                    <w:p w14:paraId="6A1CAC64" w14:textId="77777777" w:rsidR="00791177" w:rsidRPr="00636687" w:rsidRDefault="00791177" w:rsidP="00791177">
                      <w:r>
                        <w:t>Signature_________________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04E4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BC70F99" wp14:editId="487E1174">
                <wp:simplePos x="0" y="0"/>
                <wp:positionH relativeFrom="column">
                  <wp:posOffset>47625</wp:posOffset>
                </wp:positionH>
                <wp:positionV relativeFrom="paragraph">
                  <wp:posOffset>123825</wp:posOffset>
                </wp:positionV>
                <wp:extent cx="1485900" cy="1225550"/>
                <wp:effectExtent l="0" t="0" r="0" b="0"/>
                <wp:wrapNone/>
                <wp:docPr id="13495350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22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40C53F" w14:textId="4EB73DF3" w:rsidR="00204E4E" w:rsidRDefault="00EB59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D061BA" wp14:editId="6341FD3A">
                                  <wp:extent cx="1250950" cy="1224990"/>
                                  <wp:effectExtent l="0" t="0" r="0" b="0"/>
                                  <wp:docPr id="1" name="Picture 1" descr="Logo, company nam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Logo, company nam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950" cy="12249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70F99" id="_x0000_s1027" type="#_x0000_t202" style="position:absolute;margin-left:3.75pt;margin-top:9.75pt;width:117pt;height:9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" fillcolor="white [3201]" stroked="f" strokeweight=".5pt">
                <v:textbox>
                  <w:txbxContent>
                    <w:p w14:paraId="7540C53F" w14:textId="4EB73DF3" w:rsidR="00204E4E" w:rsidRDefault="00EB59E8">
                      <w:r>
                        <w:rPr>
                          <w:noProof/>
                        </w:rPr>
                        <w:drawing>
                          <wp:inline distT="0" distB="0" distL="0" distR="0" wp14:anchorId="66D061BA" wp14:editId="6341FD3A">
                            <wp:extent cx="1250950" cy="1224990"/>
                            <wp:effectExtent l="0" t="0" r="0" b="0"/>
                            <wp:docPr id="1" name="Picture 1" descr="Logo, company nam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Logo, company name&#10;&#10;AI-generated content may be incorrect.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0950" cy="12249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3F63F22" w14:textId="3004FE60" w:rsidR="00F61302" w:rsidRPr="008D5B24" w:rsidRDefault="006358DB" w:rsidP="00204E4E">
      <w:pPr>
        <w:jc w:val="center"/>
        <w:rPr>
          <w:b/>
          <w:bCs/>
        </w:rPr>
      </w:pPr>
      <w:r w:rsidRPr="008D5B24">
        <w:rPr>
          <w:b/>
          <w:bCs/>
        </w:rPr>
        <w:t>HOLSTEIN CITY COUNCIL</w:t>
      </w:r>
      <w:r w:rsidRPr="008D5B24">
        <w:rPr>
          <w:b/>
          <w:bCs/>
        </w:rPr>
        <w:br/>
      </w:r>
      <w:r w:rsidR="003F3A68">
        <w:rPr>
          <w:b/>
          <w:bCs/>
        </w:rPr>
        <w:t>SPECIAL COUNCIL</w:t>
      </w:r>
      <w:r w:rsidR="003F3A68" w:rsidRPr="008D5B24">
        <w:rPr>
          <w:b/>
          <w:bCs/>
        </w:rPr>
        <w:t xml:space="preserve"> MEETING</w:t>
      </w:r>
      <w:r w:rsidRPr="008D5B24">
        <w:rPr>
          <w:b/>
          <w:bCs/>
        </w:rPr>
        <w:br/>
      </w:r>
      <w:r w:rsidR="00A92AE1">
        <w:rPr>
          <w:b/>
          <w:bCs/>
        </w:rPr>
        <w:t>Tuesday, August 25, 2026</w:t>
      </w:r>
      <w:r w:rsidRPr="008D5B24">
        <w:rPr>
          <w:b/>
          <w:bCs/>
        </w:rPr>
        <w:br/>
        <w:t>5:00 PM – Holstein City Hall Council Chambers</w:t>
      </w:r>
    </w:p>
    <w:p w14:paraId="28E0D7D1" w14:textId="329CE3B3" w:rsidR="00F61302" w:rsidRDefault="006358DB">
      <w:pPr>
        <w:pStyle w:val="Heading1"/>
      </w:pPr>
      <w:r>
        <w:t>AGENDA</w:t>
      </w:r>
    </w:p>
    <w:p w14:paraId="54C425F2" w14:textId="07DAFAEB" w:rsidR="00F61302" w:rsidRDefault="006358DB" w:rsidP="00204E4E">
      <w:pPr>
        <w:spacing w:after="0"/>
        <w:ind w:left="720"/>
      </w:pPr>
      <w:r>
        <w:t>CALL TO ORDER</w:t>
      </w:r>
    </w:p>
    <w:p w14:paraId="03F09786" w14:textId="77777777" w:rsidR="00F61302" w:rsidRDefault="006358DB" w:rsidP="00204E4E">
      <w:pPr>
        <w:spacing w:after="0"/>
        <w:ind w:left="720"/>
      </w:pPr>
      <w:r>
        <w:t>PLEDGE OF ALLEGIANCE</w:t>
      </w:r>
    </w:p>
    <w:p w14:paraId="3FF1A4A8" w14:textId="77777777" w:rsidR="00F61302" w:rsidRDefault="006358DB" w:rsidP="00204E4E">
      <w:pPr>
        <w:spacing w:after="0"/>
        <w:ind w:left="720"/>
      </w:pPr>
      <w:r>
        <w:t>ROLL CALL OF COUNCIL MEMBERS</w:t>
      </w:r>
    </w:p>
    <w:p w14:paraId="7920D00C" w14:textId="77777777" w:rsidR="00F61302" w:rsidRDefault="006358DB">
      <w:pPr>
        <w:pStyle w:val="Heading2"/>
      </w:pPr>
      <w:r>
        <w:t>BUSINESS</w:t>
      </w:r>
    </w:p>
    <w:p w14:paraId="58F6E434" w14:textId="273D29AB" w:rsidR="00B765E3" w:rsidRDefault="00A10F08" w:rsidP="00B66E7E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Theme="minorHAnsi" w:hAnsiTheme="minorHAnsi" w:cstheme="majorHAnsi"/>
          <w:color w:val="242424"/>
          <w:sz w:val="22"/>
          <w:szCs w:val="22"/>
        </w:rPr>
      </w:pPr>
      <w:r>
        <w:rPr>
          <w:rFonts w:asciiTheme="minorHAnsi" w:hAnsiTheme="minorHAnsi" w:cstheme="majorHAnsi"/>
          <w:color w:val="242424"/>
          <w:sz w:val="22"/>
          <w:szCs w:val="22"/>
        </w:rPr>
        <w:t xml:space="preserve">Holstein Uran Renewal Area 3 amendment consultation Session with Ida County and Ridge View </w:t>
      </w:r>
      <w:r w:rsidR="00B66E7E">
        <w:rPr>
          <w:rFonts w:asciiTheme="minorHAnsi" w:hAnsiTheme="minorHAnsi" w:cstheme="majorHAnsi"/>
          <w:color w:val="242424"/>
          <w:sz w:val="22"/>
          <w:szCs w:val="22"/>
        </w:rPr>
        <w:t xml:space="preserve">    </w:t>
      </w:r>
      <w:r>
        <w:rPr>
          <w:rFonts w:asciiTheme="minorHAnsi" w:hAnsiTheme="minorHAnsi" w:cstheme="majorHAnsi"/>
          <w:color w:val="242424"/>
          <w:sz w:val="22"/>
          <w:szCs w:val="22"/>
        </w:rPr>
        <w:t>Community School District</w:t>
      </w:r>
    </w:p>
    <w:p w14:paraId="5425D6FA" w14:textId="0E366CC1" w:rsidR="00991B74" w:rsidRDefault="00B765E3" w:rsidP="00B66E7E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Theme="minorHAnsi" w:hAnsiTheme="minorHAnsi" w:cstheme="majorHAnsi"/>
          <w:color w:val="242424"/>
          <w:sz w:val="22"/>
          <w:szCs w:val="22"/>
        </w:rPr>
      </w:pPr>
      <w:r>
        <w:rPr>
          <w:rFonts w:asciiTheme="minorHAnsi" w:hAnsiTheme="minorHAnsi" w:cstheme="majorHAnsi"/>
          <w:color w:val="242424"/>
          <w:sz w:val="22"/>
          <w:szCs w:val="22"/>
        </w:rPr>
        <w:t>Public Hearing Urban Renewal Plan</w:t>
      </w:r>
    </w:p>
    <w:p w14:paraId="23AD158F" w14:textId="77777777" w:rsidR="00B66E7E" w:rsidRDefault="00B66E7E" w:rsidP="00B66E7E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/>
        <w:rPr>
          <w:rFonts w:asciiTheme="minorHAnsi" w:hAnsiTheme="minorHAnsi" w:cstheme="majorHAnsi"/>
          <w:color w:val="242424"/>
          <w:sz w:val="22"/>
          <w:szCs w:val="22"/>
        </w:rPr>
      </w:pPr>
      <w:r w:rsidRPr="00B66E7E">
        <w:rPr>
          <w:rFonts w:asciiTheme="minorHAnsi" w:hAnsiTheme="minorHAnsi" w:cstheme="majorHAnsi"/>
          <w:color w:val="242424"/>
          <w:sz w:val="22"/>
          <w:szCs w:val="22"/>
        </w:rPr>
        <w:t>Public hearing on proposal to enter into a General Obligation Sewer Improvement Loan and Disbursement Agreement</w:t>
      </w:r>
    </w:p>
    <w:p w14:paraId="26E19F9D" w14:textId="4F8E28C0" w:rsidR="00B66E7E" w:rsidRDefault="00B66E7E" w:rsidP="00B66E7E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/>
        <w:rPr>
          <w:rFonts w:asciiTheme="minorHAnsi" w:hAnsiTheme="minorHAnsi" w:cstheme="majorHAnsi"/>
          <w:color w:val="242424"/>
          <w:sz w:val="22"/>
          <w:szCs w:val="22"/>
        </w:rPr>
      </w:pPr>
      <w:r w:rsidRPr="00B66E7E">
        <w:rPr>
          <w:rFonts w:asciiTheme="minorHAnsi" w:hAnsiTheme="minorHAnsi" w:cstheme="majorHAnsi"/>
          <w:color w:val="242424"/>
          <w:sz w:val="22"/>
          <w:szCs w:val="22"/>
        </w:rPr>
        <w:t xml:space="preserve">Resolution </w:t>
      </w:r>
      <w:r w:rsidR="00D64C90">
        <w:rPr>
          <w:rFonts w:asciiTheme="minorHAnsi" w:hAnsiTheme="minorHAnsi" w:cstheme="majorHAnsi"/>
          <w:color w:val="242424"/>
          <w:sz w:val="22"/>
          <w:szCs w:val="22"/>
        </w:rPr>
        <w:t xml:space="preserve">26-40 </w:t>
      </w:r>
      <w:r w:rsidRPr="00B66E7E">
        <w:rPr>
          <w:rFonts w:asciiTheme="minorHAnsi" w:hAnsiTheme="minorHAnsi" w:cstheme="majorHAnsi"/>
          <w:color w:val="242424"/>
          <w:sz w:val="22"/>
          <w:szCs w:val="22"/>
        </w:rPr>
        <w:t>taking additional action on proposal to enter into a General Obligation Sewer Improvement Loan and Disbursement Agreement and combining Loan and Disbursement Agreements</w:t>
      </w:r>
    </w:p>
    <w:p w14:paraId="6512419A" w14:textId="77777777" w:rsidR="000A5210" w:rsidRDefault="00B66E7E" w:rsidP="000A5210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Theme="minorHAnsi" w:hAnsiTheme="minorHAnsi" w:cstheme="majorHAnsi"/>
          <w:color w:val="242424"/>
          <w:sz w:val="22"/>
          <w:szCs w:val="22"/>
        </w:rPr>
      </w:pPr>
      <w:r>
        <w:rPr>
          <w:rFonts w:asciiTheme="minorHAnsi" w:hAnsiTheme="minorHAnsi" w:cstheme="majorHAnsi"/>
          <w:color w:val="242424"/>
          <w:sz w:val="22"/>
          <w:szCs w:val="22"/>
        </w:rPr>
        <w:t>Discussion</w:t>
      </w:r>
      <w:r w:rsidR="00944CBB">
        <w:rPr>
          <w:rFonts w:asciiTheme="minorHAnsi" w:hAnsiTheme="minorHAnsi" w:cstheme="majorHAnsi"/>
          <w:color w:val="242424"/>
          <w:sz w:val="22"/>
          <w:szCs w:val="22"/>
        </w:rPr>
        <w:t xml:space="preserve"> </w:t>
      </w:r>
      <w:r w:rsidR="000B1107">
        <w:rPr>
          <w:rFonts w:asciiTheme="minorHAnsi" w:hAnsiTheme="minorHAnsi" w:cstheme="majorHAnsi"/>
          <w:color w:val="242424"/>
          <w:sz w:val="22"/>
          <w:szCs w:val="22"/>
        </w:rPr>
        <w:t>C</w:t>
      </w:r>
      <w:r w:rsidR="00944CBB">
        <w:rPr>
          <w:rFonts w:asciiTheme="minorHAnsi" w:hAnsiTheme="minorHAnsi" w:cstheme="majorHAnsi"/>
          <w:color w:val="242424"/>
          <w:sz w:val="22"/>
          <w:szCs w:val="22"/>
        </w:rPr>
        <w:t>ity</w:t>
      </w:r>
      <w:r w:rsidR="00A10F08">
        <w:rPr>
          <w:rFonts w:asciiTheme="minorHAnsi" w:hAnsiTheme="minorHAnsi" w:cstheme="majorHAnsi"/>
          <w:color w:val="242424"/>
          <w:sz w:val="22"/>
          <w:szCs w:val="22"/>
        </w:rPr>
        <w:t xml:space="preserve"> </w:t>
      </w:r>
      <w:r w:rsidR="00F20084">
        <w:rPr>
          <w:rFonts w:asciiTheme="minorHAnsi" w:hAnsiTheme="minorHAnsi" w:cstheme="majorHAnsi"/>
          <w:color w:val="242424"/>
          <w:sz w:val="22"/>
          <w:szCs w:val="22"/>
        </w:rPr>
        <w:t>Owned P</w:t>
      </w:r>
      <w:r w:rsidR="00944CBB">
        <w:rPr>
          <w:rFonts w:asciiTheme="minorHAnsi" w:hAnsiTheme="minorHAnsi" w:cstheme="majorHAnsi"/>
          <w:color w:val="242424"/>
          <w:sz w:val="22"/>
          <w:szCs w:val="22"/>
        </w:rPr>
        <w:t>roperty located at 112 E 2</w:t>
      </w:r>
      <w:r w:rsidR="00944CBB" w:rsidRPr="00944CBB">
        <w:rPr>
          <w:rFonts w:asciiTheme="minorHAnsi" w:hAnsiTheme="minorHAnsi" w:cstheme="majorHAnsi"/>
          <w:color w:val="242424"/>
          <w:sz w:val="22"/>
          <w:szCs w:val="22"/>
          <w:vertAlign w:val="superscript"/>
        </w:rPr>
        <w:t>nd</w:t>
      </w:r>
      <w:r w:rsidR="00944CBB">
        <w:rPr>
          <w:rFonts w:asciiTheme="minorHAnsi" w:hAnsiTheme="minorHAnsi" w:cstheme="majorHAnsi"/>
          <w:color w:val="242424"/>
          <w:sz w:val="22"/>
          <w:szCs w:val="22"/>
        </w:rPr>
        <w:t xml:space="preserve"> St</w:t>
      </w:r>
    </w:p>
    <w:p w14:paraId="19991708" w14:textId="76F9E563" w:rsidR="00D1100B" w:rsidRPr="000A5210" w:rsidRDefault="000A5210" w:rsidP="000A5210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rFonts w:asciiTheme="minorHAnsi" w:hAnsiTheme="minorHAnsi" w:cstheme="majorHAnsi"/>
          <w:color w:val="242424"/>
          <w:sz w:val="22"/>
          <w:szCs w:val="22"/>
        </w:rPr>
      </w:pPr>
      <w:r w:rsidRPr="000A5210">
        <w:rPr>
          <w:rFonts w:asciiTheme="minorHAnsi" w:hAnsiTheme="minorHAnsi" w:cstheme="majorHAnsi"/>
          <w:color w:val="242424"/>
          <w:sz w:val="22"/>
          <w:szCs w:val="22"/>
        </w:rPr>
        <w:t>Resolution</w:t>
      </w:r>
      <w:r w:rsidR="00D64C90">
        <w:rPr>
          <w:rFonts w:asciiTheme="minorHAnsi" w:hAnsiTheme="minorHAnsi" w:cstheme="majorHAnsi"/>
          <w:color w:val="242424"/>
          <w:sz w:val="22"/>
          <w:szCs w:val="22"/>
        </w:rPr>
        <w:t xml:space="preserve"> </w:t>
      </w:r>
      <w:r>
        <w:rPr>
          <w:rFonts w:asciiTheme="minorHAnsi" w:hAnsiTheme="minorHAnsi" w:cstheme="majorHAnsi"/>
          <w:color w:val="242424"/>
          <w:sz w:val="22"/>
          <w:szCs w:val="22"/>
        </w:rPr>
        <w:t>26-39</w:t>
      </w:r>
      <w:r w:rsidRPr="000A5210">
        <w:rPr>
          <w:rFonts w:asciiTheme="minorHAnsi" w:hAnsiTheme="minorHAnsi" w:cstheme="majorHAnsi"/>
          <w:color w:val="242424"/>
          <w:sz w:val="22"/>
          <w:szCs w:val="22"/>
        </w:rPr>
        <w:t xml:space="preserve"> Establishing A Plan for </w:t>
      </w:r>
      <w:r>
        <w:rPr>
          <w:rFonts w:asciiTheme="minorHAnsi" w:hAnsiTheme="minorHAnsi" w:cstheme="majorHAnsi"/>
          <w:color w:val="242424"/>
          <w:sz w:val="22"/>
          <w:szCs w:val="22"/>
        </w:rPr>
        <w:t>t</w:t>
      </w:r>
      <w:r w:rsidRPr="000A5210">
        <w:rPr>
          <w:rFonts w:asciiTheme="minorHAnsi" w:hAnsiTheme="minorHAnsi" w:cstheme="majorHAnsi"/>
          <w:color w:val="242424"/>
          <w:sz w:val="22"/>
          <w:szCs w:val="22"/>
        </w:rPr>
        <w:t>he City-Owned Property Located At 112 East 2nd Street, Holstein, Iowa</w:t>
      </w:r>
    </w:p>
    <w:p w14:paraId="0454A4B2" w14:textId="77777777" w:rsidR="003431DD" w:rsidRPr="00F30BD1" w:rsidRDefault="003431DD" w:rsidP="00991B7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ajorHAnsi"/>
          <w:color w:val="EE0000"/>
          <w:sz w:val="22"/>
          <w:szCs w:val="22"/>
        </w:rPr>
      </w:pPr>
    </w:p>
    <w:p w14:paraId="4F00986A" w14:textId="77777777" w:rsidR="00F62D88" w:rsidRDefault="00F62D88" w:rsidP="00460820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ajorHAnsi"/>
          <w:color w:val="242424"/>
          <w:sz w:val="22"/>
          <w:szCs w:val="22"/>
        </w:rPr>
      </w:pPr>
    </w:p>
    <w:p w14:paraId="08F14BC6" w14:textId="603D77CC" w:rsidR="00204E4E" w:rsidRDefault="00204E4E" w:rsidP="00204E4E">
      <w:pPr>
        <w:pStyle w:val="Heading2"/>
      </w:pPr>
      <w:r>
        <w:t>ADJOURN</w:t>
      </w:r>
    </w:p>
    <w:p w14:paraId="249123E9" w14:textId="471B9A0A" w:rsidR="00F61302" w:rsidRDefault="00F61302" w:rsidP="00204E4E"/>
    <w:sectPr w:rsidR="00F61302" w:rsidSect="007C0FAC">
      <w:pgSz w:w="12240" w:h="15840"/>
      <w:pgMar w:top="720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E00A49"/>
    <w:multiLevelType w:val="hybridMultilevel"/>
    <w:tmpl w:val="A12E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0B7EBB"/>
    <w:multiLevelType w:val="hybridMultilevel"/>
    <w:tmpl w:val="65806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12F0A"/>
    <w:multiLevelType w:val="hybridMultilevel"/>
    <w:tmpl w:val="9C829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62E66"/>
    <w:multiLevelType w:val="hybridMultilevel"/>
    <w:tmpl w:val="5ED470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650FFB"/>
    <w:multiLevelType w:val="hybridMultilevel"/>
    <w:tmpl w:val="A65455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271626"/>
    <w:multiLevelType w:val="hybridMultilevel"/>
    <w:tmpl w:val="BD9E00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A96787"/>
    <w:multiLevelType w:val="hybridMultilevel"/>
    <w:tmpl w:val="E85A48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B77F51"/>
    <w:multiLevelType w:val="hybridMultilevel"/>
    <w:tmpl w:val="4E0C9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DB6B85"/>
    <w:multiLevelType w:val="hybridMultilevel"/>
    <w:tmpl w:val="354A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60F85"/>
    <w:multiLevelType w:val="hybridMultilevel"/>
    <w:tmpl w:val="23A031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C6E1237"/>
    <w:multiLevelType w:val="hybridMultilevel"/>
    <w:tmpl w:val="9098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64235"/>
    <w:multiLevelType w:val="hybridMultilevel"/>
    <w:tmpl w:val="80DA9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77A41"/>
    <w:multiLevelType w:val="hybridMultilevel"/>
    <w:tmpl w:val="CB18D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290CC1"/>
    <w:multiLevelType w:val="hybridMultilevel"/>
    <w:tmpl w:val="0AC6C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3529245">
    <w:abstractNumId w:val="8"/>
  </w:num>
  <w:num w:numId="2" w16cid:durableId="2133595111">
    <w:abstractNumId w:val="6"/>
  </w:num>
  <w:num w:numId="3" w16cid:durableId="1009452657">
    <w:abstractNumId w:val="5"/>
  </w:num>
  <w:num w:numId="4" w16cid:durableId="1967931494">
    <w:abstractNumId w:val="4"/>
  </w:num>
  <w:num w:numId="5" w16cid:durableId="768040418">
    <w:abstractNumId w:val="7"/>
  </w:num>
  <w:num w:numId="6" w16cid:durableId="1920601572">
    <w:abstractNumId w:val="3"/>
  </w:num>
  <w:num w:numId="7" w16cid:durableId="450975720">
    <w:abstractNumId w:val="2"/>
  </w:num>
  <w:num w:numId="8" w16cid:durableId="1615554962">
    <w:abstractNumId w:val="1"/>
  </w:num>
  <w:num w:numId="9" w16cid:durableId="606279985">
    <w:abstractNumId w:val="0"/>
  </w:num>
  <w:num w:numId="10" w16cid:durableId="1673726995">
    <w:abstractNumId w:val="19"/>
  </w:num>
  <w:num w:numId="11" w16cid:durableId="659236765">
    <w:abstractNumId w:val="21"/>
  </w:num>
  <w:num w:numId="12" w16cid:durableId="2116902463">
    <w:abstractNumId w:val="15"/>
  </w:num>
  <w:num w:numId="13" w16cid:durableId="450633749">
    <w:abstractNumId w:val="18"/>
  </w:num>
  <w:num w:numId="14" w16cid:durableId="411588035">
    <w:abstractNumId w:val="17"/>
  </w:num>
  <w:num w:numId="15" w16cid:durableId="2127577618">
    <w:abstractNumId w:val="20"/>
  </w:num>
  <w:num w:numId="16" w16cid:durableId="157113893">
    <w:abstractNumId w:val="9"/>
  </w:num>
  <w:num w:numId="17" w16cid:durableId="923491087">
    <w:abstractNumId w:val="10"/>
  </w:num>
  <w:num w:numId="18" w16cid:durableId="1468426981">
    <w:abstractNumId w:val="12"/>
  </w:num>
  <w:num w:numId="19" w16cid:durableId="1138498085">
    <w:abstractNumId w:val="13"/>
  </w:num>
  <w:num w:numId="20" w16cid:durableId="733547314">
    <w:abstractNumId w:val="11"/>
  </w:num>
  <w:num w:numId="21" w16cid:durableId="573052343">
    <w:abstractNumId w:val="14"/>
  </w:num>
  <w:num w:numId="22" w16cid:durableId="1238898594">
    <w:abstractNumId w:val="16"/>
  </w:num>
  <w:num w:numId="23" w16cid:durableId="11983522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B06"/>
    <w:rsid w:val="00020DB3"/>
    <w:rsid w:val="00020E3C"/>
    <w:rsid w:val="0002635E"/>
    <w:rsid w:val="000301F2"/>
    <w:rsid w:val="00034616"/>
    <w:rsid w:val="0006063C"/>
    <w:rsid w:val="00073582"/>
    <w:rsid w:val="000759CD"/>
    <w:rsid w:val="00081B98"/>
    <w:rsid w:val="0009201B"/>
    <w:rsid w:val="00096A12"/>
    <w:rsid w:val="000A066C"/>
    <w:rsid w:val="000A42E5"/>
    <w:rsid w:val="000A4AE2"/>
    <w:rsid w:val="000A5210"/>
    <w:rsid w:val="000B1107"/>
    <w:rsid w:val="000B1E1F"/>
    <w:rsid w:val="000C0264"/>
    <w:rsid w:val="000D1E42"/>
    <w:rsid w:val="000D1ED3"/>
    <w:rsid w:val="000D2A44"/>
    <w:rsid w:val="000D39BE"/>
    <w:rsid w:val="000D4E6D"/>
    <w:rsid w:val="000D59A7"/>
    <w:rsid w:val="000D5CC3"/>
    <w:rsid w:val="000E7A3E"/>
    <w:rsid w:val="000F3DC4"/>
    <w:rsid w:val="00107480"/>
    <w:rsid w:val="00114223"/>
    <w:rsid w:val="001154CA"/>
    <w:rsid w:val="00117FEB"/>
    <w:rsid w:val="00125995"/>
    <w:rsid w:val="00126217"/>
    <w:rsid w:val="00127615"/>
    <w:rsid w:val="00141859"/>
    <w:rsid w:val="0015074B"/>
    <w:rsid w:val="00157524"/>
    <w:rsid w:val="00161D1D"/>
    <w:rsid w:val="001625EE"/>
    <w:rsid w:val="00163991"/>
    <w:rsid w:val="001A6053"/>
    <w:rsid w:val="001B0AD6"/>
    <w:rsid w:val="001B4038"/>
    <w:rsid w:val="001B431E"/>
    <w:rsid w:val="001B4B1B"/>
    <w:rsid w:val="001C1E53"/>
    <w:rsid w:val="001C2C94"/>
    <w:rsid w:val="001C3175"/>
    <w:rsid w:val="001C55FE"/>
    <w:rsid w:val="001D3D2B"/>
    <w:rsid w:val="001D65C9"/>
    <w:rsid w:val="001D7A85"/>
    <w:rsid w:val="001E7D05"/>
    <w:rsid w:val="001F21F5"/>
    <w:rsid w:val="001F60CD"/>
    <w:rsid w:val="00203CB8"/>
    <w:rsid w:val="00204E4E"/>
    <w:rsid w:val="00210F10"/>
    <w:rsid w:val="0022014A"/>
    <w:rsid w:val="00225173"/>
    <w:rsid w:val="0022682A"/>
    <w:rsid w:val="002357C3"/>
    <w:rsid w:val="00246044"/>
    <w:rsid w:val="00255E1D"/>
    <w:rsid w:val="00261F75"/>
    <w:rsid w:val="00267D09"/>
    <w:rsid w:val="0027035A"/>
    <w:rsid w:val="002703EF"/>
    <w:rsid w:val="00274B52"/>
    <w:rsid w:val="002771AB"/>
    <w:rsid w:val="0028183F"/>
    <w:rsid w:val="00283ABF"/>
    <w:rsid w:val="00284AF7"/>
    <w:rsid w:val="00284E8F"/>
    <w:rsid w:val="002909BB"/>
    <w:rsid w:val="0029639D"/>
    <w:rsid w:val="002A08E9"/>
    <w:rsid w:val="002A2FB4"/>
    <w:rsid w:val="002A5413"/>
    <w:rsid w:val="002B1CB5"/>
    <w:rsid w:val="002B4BB9"/>
    <w:rsid w:val="002C6D65"/>
    <w:rsid w:val="002D29A7"/>
    <w:rsid w:val="002E17FA"/>
    <w:rsid w:val="002E351C"/>
    <w:rsid w:val="002F0C44"/>
    <w:rsid w:val="002F0FAC"/>
    <w:rsid w:val="002F2964"/>
    <w:rsid w:val="003040C2"/>
    <w:rsid w:val="00315EE1"/>
    <w:rsid w:val="00325660"/>
    <w:rsid w:val="00326F90"/>
    <w:rsid w:val="00332A9E"/>
    <w:rsid w:val="00333FD3"/>
    <w:rsid w:val="00335829"/>
    <w:rsid w:val="003431DD"/>
    <w:rsid w:val="00350382"/>
    <w:rsid w:val="003513A1"/>
    <w:rsid w:val="00356E7C"/>
    <w:rsid w:val="003669E3"/>
    <w:rsid w:val="00367011"/>
    <w:rsid w:val="00367DCA"/>
    <w:rsid w:val="00367F1E"/>
    <w:rsid w:val="003A39B2"/>
    <w:rsid w:val="003A598E"/>
    <w:rsid w:val="003B1EC0"/>
    <w:rsid w:val="003B4AC1"/>
    <w:rsid w:val="003B79E1"/>
    <w:rsid w:val="003B7BBE"/>
    <w:rsid w:val="003C0F41"/>
    <w:rsid w:val="003D5077"/>
    <w:rsid w:val="003D6840"/>
    <w:rsid w:val="003E5FC8"/>
    <w:rsid w:val="003F2E21"/>
    <w:rsid w:val="003F3A68"/>
    <w:rsid w:val="00402C87"/>
    <w:rsid w:val="004072E6"/>
    <w:rsid w:val="00410F6D"/>
    <w:rsid w:val="004143C1"/>
    <w:rsid w:val="00416D3B"/>
    <w:rsid w:val="00420E00"/>
    <w:rsid w:val="00422580"/>
    <w:rsid w:val="004307FC"/>
    <w:rsid w:val="00430B3F"/>
    <w:rsid w:val="0044082D"/>
    <w:rsid w:val="00440B18"/>
    <w:rsid w:val="00445D22"/>
    <w:rsid w:val="0045129F"/>
    <w:rsid w:val="004542CB"/>
    <w:rsid w:val="00460820"/>
    <w:rsid w:val="00464C02"/>
    <w:rsid w:val="00470D61"/>
    <w:rsid w:val="0047306F"/>
    <w:rsid w:val="00490B83"/>
    <w:rsid w:val="004919AC"/>
    <w:rsid w:val="004A4EEE"/>
    <w:rsid w:val="004B2DFB"/>
    <w:rsid w:val="004B3D37"/>
    <w:rsid w:val="004C7230"/>
    <w:rsid w:val="004D0686"/>
    <w:rsid w:val="004D7148"/>
    <w:rsid w:val="004D7C02"/>
    <w:rsid w:val="004E6A6D"/>
    <w:rsid w:val="004F0AC1"/>
    <w:rsid w:val="004F1314"/>
    <w:rsid w:val="004F766F"/>
    <w:rsid w:val="005030F5"/>
    <w:rsid w:val="00505263"/>
    <w:rsid w:val="00506A95"/>
    <w:rsid w:val="0051071D"/>
    <w:rsid w:val="00514EEF"/>
    <w:rsid w:val="00521AB3"/>
    <w:rsid w:val="005362D3"/>
    <w:rsid w:val="0054551B"/>
    <w:rsid w:val="00552361"/>
    <w:rsid w:val="00553CBE"/>
    <w:rsid w:val="0055546B"/>
    <w:rsid w:val="00567ABB"/>
    <w:rsid w:val="00572750"/>
    <w:rsid w:val="00573A46"/>
    <w:rsid w:val="00580DB7"/>
    <w:rsid w:val="00590FF5"/>
    <w:rsid w:val="0059272E"/>
    <w:rsid w:val="00596C54"/>
    <w:rsid w:val="005A384C"/>
    <w:rsid w:val="005B45DD"/>
    <w:rsid w:val="005B56A2"/>
    <w:rsid w:val="005C2A44"/>
    <w:rsid w:val="005D34B0"/>
    <w:rsid w:val="005D3BCE"/>
    <w:rsid w:val="005D7F42"/>
    <w:rsid w:val="0060693F"/>
    <w:rsid w:val="00607A73"/>
    <w:rsid w:val="00610899"/>
    <w:rsid w:val="00620164"/>
    <w:rsid w:val="006358DB"/>
    <w:rsid w:val="006423A5"/>
    <w:rsid w:val="00642847"/>
    <w:rsid w:val="00642E15"/>
    <w:rsid w:val="00646E3A"/>
    <w:rsid w:val="00650995"/>
    <w:rsid w:val="00651FFA"/>
    <w:rsid w:val="0066179C"/>
    <w:rsid w:val="00665557"/>
    <w:rsid w:val="006700D5"/>
    <w:rsid w:val="00670948"/>
    <w:rsid w:val="00682035"/>
    <w:rsid w:val="00682D92"/>
    <w:rsid w:val="006835D6"/>
    <w:rsid w:val="006A3B13"/>
    <w:rsid w:val="006A4420"/>
    <w:rsid w:val="006A4FE5"/>
    <w:rsid w:val="006A6F64"/>
    <w:rsid w:val="006B11CC"/>
    <w:rsid w:val="006B4069"/>
    <w:rsid w:val="006C1E07"/>
    <w:rsid w:val="006C3268"/>
    <w:rsid w:val="006E1D6B"/>
    <w:rsid w:val="006E449B"/>
    <w:rsid w:val="006E53A9"/>
    <w:rsid w:val="006F39E8"/>
    <w:rsid w:val="006F739C"/>
    <w:rsid w:val="007017DD"/>
    <w:rsid w:val="00704BCF"/>
    <w:rsid w:val="0070616C"/>
    <w:rsid w:val="00727128"/>
    <w:rsid w:val="007305B2"/>
    <w:rsid w:val="00730E3E"/>
    <w:rsid w:val="00733749"/>
    <w:rsid w:val="00741989"/>
    <w:rsid w:val="00747757"/>
    <w:rsid w:val="00752E9F"/>
    <w:rsid w:val="0076523D"/>
    <w:rsid w:val="007704F0"/>
    <w:rsid w:val="00776263"/>
    <w:rsid w:val="007843A1"/>
    <w:rsid w:val="00784CEB"/>
    <w:rsid w:val="0078700D"/>
    <w:rsid w:val="00791177"/>
    <w:rsid w:val="00792748"/>
    <w:rsid w:val="007A04F0"/>
    <w:rsid w:val="007A4F2E"/>
    <w:rsid w:val="007A6DA5"/>
    <w:rsid w:val="007C0FAC"/>
    <w:rsid w:val="007C642A"/>
    <w:rsid w:val="007D2FEF"/>
    <w:rsid w:val="007D44FC"/>
    <w:rsid w:val="007D5687"/>
    <w:rsid w:val="007E0C09"/>
    <w:rsid w:val="007E1BE9"/>
    <w:rsid w:val="007F1C72"/>
    <w:rsid w:val="007F7F33"/>
    <w:rsid w:val="00801879"/>
    <w:rsid w:val="00801C56"/>
    <w:rsid w:val="00802F77"/>
    <w:rsid w:val="00810365"/>
    <w:rsid w:val="00817191"/>
    <w:rsid w:val="00821C27"/>
    <w:rsid w:val="00833F8B"/>
    <w:rsid w:val="00843302"/>
    <w:rsid w:val="00851C7B"/>
    <w:rsid w:val="00852EC5"/>
    <w:rsid w:val="00857814"/>
    <w:rsid w:val="00875D5B"/>
    <w:rsid w:val="008842DC"/>
    <w:rsid w:val="008855CE"/>
    <w:rsid w:val="00890087"/>
    <w:rsid w:val="00895025"/>
    <w:rsid w:val="008952D4"/>
    <w:rsid w:val="008966AD"/>
    <w:rsid w:val="008A248C"/>
    <w:rsid w:val="008A661E"/>
    <w:rsid w:val="008B1A79"/>
    <w:rsid w:val="008B1DA2"/>
    <w:rsid w:val="008B23B5"/>
    <w:rsid w:val="008B2CB5"/>
    <w:rsid w:val="008B62A4"/>
    <w:rsid w:val="008B760B"/>
    <w:rsid w:val="008C7ABC"/>
    <w:rsid w:val="008D3BF8"/>
    <w:rsid w:val="008D5B24"/>
    <w:rsid w:val="008D7CBF"/>
    <w:rsid w:val="008E28C9"/>
    <w:rsid w:val="008E4704"/>
    <w:rsid w:val="008F11AA"/>
    <w:rsid w:val="008F614E"/>
    <w:rsid w:val="00900E38"/>
    <w:rsid w:val="00903A9D"/>
    <w:rsid w:val="009227FC"/>
    <w:rsid w:val="009237A5"/>
    <w:rsid w:val="009270E5"/>
    <w:rsid w:val="00927D5F"/>
    <w:rsid w:val="009320E9"/>
    <w:rsid w:val="00941903"/>
    <w:rsid w:val="00943FE2"/>
    <w:rsid w:val="00944CBB"/>
    <w:rsid w:val="00945F0C"/>
    <w:rsid w:val="0094676D"/>
    <w:rsid w:val="00952F64"/>
    <w:rsid w:val="009535E8"/>
    <w:rsid w:val="0095644E"/>
    <w:rsid w:val="00964DEC"/>
    <w:rsid w:val="00973DA2"/>
    <w:rsid w:val="00990722"/>
    <w:rsid w:val="00991B74"/>
    <w:rsid w:val="009929A7"/>
    <w:rsid w:val="00994A27"/>
    <w:rsid w:val="00995187"/>
    <w:rsid w:val="009A5C49"/>
    <w:rsid w:val="009B18F8"/>
    <w:rsid w:val="009C3BCB"/>
    <w:rsid w:val="009E032F"/>
    <w:rsid w:val="009E478B"/>
    <w:rsid w:val="009F28F6"/>
    <w:rsid w:val="009F5CA4"/>
    <w:rsid w:val="00A00190"/>
    <w:rsid w:val="00A10F08"/>
    <w:rsid w:val="00A12C84"/>
    <w:rsid w:val="00A131A1"/>
    <w:rsid w:val="00A15BC2"/>
    <w:rsid w:val="00A24EAF"/>
    <w:rsid w:val="00A25A41"/>
    <w:rsid w:val="00A358DF"/>
    <w:rsid w:val="00A448A0"/>
    <w:rsid w:val="00A501C6"/>
    <w:rsid w:val="00A54474"/>
    <w:rsid w:val="00A56647"/>
    <w:rsid w:val="00A60896"/>
    <w:rsid w:val="00A6187A"/>
    <w:rsid w:val="00A650EF"/>
    <w:rsid w:val="00A70223"/>
    <w:rsid w:val="00A73B13"/>
    <w:rsid w:val="00A8053F"/>
    <w:rsid w:val="00A90987"/>
    <w:rsid w:val="00A92AE1"/>
    <w:rsid w:val="00A94EA2"/>
    <w:rsid w:val="00A95F89"/>
    <w:rsid w:val="00A9708D"/>
    <w:rsid w:val="00AA1D8D"/>
    <w:rsid w:val="00AB42AF"/>
    <w:rsid w:val="00AB6CC6"/>
    <w:rsid w:val="00AC5488"/>
    <w:rsid w:val="00AC6DC0"/>
    <w:rsid w:val="00AC7FA0"/>
    <w:rsid w:val="00AD7CDC"/>
    <w:rsid w:val="00AF0E9D"/>
    <w:rsid w:val="00AF311C"/>
    <w:rsid w:val="00AF3F73"/>
    <w:rsid w:val="00B01BAA"/>
    <w:rsid w:val="00B06789"/>
    <w:rsid w:val="00B175CB"/>
    <w:rsid w:val="00B32F55"/>
    <w:rsid w:val="00B376FA"/>
    <w:rsid w:val="00B4229A"/>
    <w:rsid w:val="00B42C87"/>
    <w:rsid w:val="00B47730"/>
    <w:rsid w:val="00B50CEE"/>
    <w:rsid w:val="00B66E7E"/>
    <w:rsid w:val="00B765E3"/>
    <w:rsid w:val="00B82D8E"/>
    <w:rsid w:val="00B93824"/>
    <w:rsid w:val="00B95C37"/>
    <w:rsid w:val="00BB6D10"/>
    <w:rsid w:val="00BC38AE"/>
    <w:rsid w:val="00BC6417"/>
    <w:rsid w:val="00BD058A"/>
    <w:rsid w:val="00BD2C28"/>
    <w:rsid w:val="00BD6D80"/>
    <w:rsid w:val="00BE0BB5"/>
    <w:rsid w:val="00BF2C02"/>
    <w:rsid w:val="00BF4515"/>
    <w:rsid w:val="00C01ACB"/>
    <w:rsid w:val="00C036BB"/>
    <w:rsid w:val="00C0543D"/>
    <w:rsid w:val="00C31153"/>
    <w:rsid w:val="00C67AD4"/>
    <w:rsid w:val="00C729DF"/>
    <w:rsid w:val="00C83FA8"/>
    <w:rsid w:val="00C95A65"/>
    <w:rsid w:val="00CA02FF"/>
    <w:rsid w:val="00CA303B"/>
    <w:rsid w:val="00CA50EE"/>
    <w:rsid w:val="00CB0664"/>
    <w:rsid w:val="00CB1C8F"/>
    <w:rsid w:val="00CB1DC2"/>
    <w:rsid w:val="00CB7DCB"/>
    <w:rsid w:val="00CC2EAA"/>
    <w:rsid w:val="00CD087B"/>
    <w:rsid w:val="00CE4909"/>
    <w:rsid w:val="00CF324F"/>
    <w:rsid w:val="00D1100B"/>
    <w:rsid w:val="00D13F09"/>
    <w:rsid w:val="00D32C3D"/>
    <w:rsid w:val="00D357F3"/>
    <w:rsid w:val="00D422F0"/>
    <w:rsid w:val="00D47146"/>
    <w:rsid w:val="00D56ECA"/>
    <w:rsid w:val="00D64C90"/>
    <w:rsid w:val="00D67868"/>
    <w:rsid w:val="00D77FAD"/>
    <w:rsid w:val="00D808F5"/>
    <w:rsid w:val="00D9729C"/>
    <w:rsid w:val="00DB0F03"/>
    <w:rsid w:val="00DB21CB"/>
    <w:rsid w:val="00DB37ED"/>
    <w:rsid w:val="00DB4B64"/>
    <w:rsid w:val="00DC772E"/>
    <w:rsid w:val="00DD63D8"/>
    <w:rsid w:val="00DE5538"/>
    <w:rsid w:val="00DF3FC0"/>
    <w:rsid w:val="00DF7C36"/>
    <w:rsid w:val="00E1427F"/>
    <w:rsid w:val="00E16CD0"/>
    <w:rsid w:val="00E22A89"/>
    <w:rsid w:val="00E27F6B"/>
    <w:rsid w:val="00E310EB"/>
    <w:rsid w:val="00E323EE"/>
    <w:rsid w:val="00E41A55"/>
    <w:rsid w:val="00E476E3"/>
    <w:rsid w:val="00E51212"/>
    <w:rsid w:val="00E62757"/>
    <w:rsid w:val="00E66ABE"/>
    <w:rsid w:val="00E6769C"/>
    <w:rsid w:val="00E72680"/>
    <w:rsid w:val="00E8563F"/>
    <w:rsid w:val="00E95BD3"/>
    <w:rsid w:val="00EA2802"/>
    <w:rsid w:val="00EA55D3"/>
    <w:rsid w:val="00EB0DD7"/>
    <w:rsid w:val="00EB19E7"/>
    <w:rsid w:val="00EB2DE9"/>
    <w:rsid w:val="00EB59E8"/>
    <w:rsid w:val="00EC6A91"/>
    <w:rsid w:val="00ED26CA"/>
    <w:rsid w:val="00ED4A16"/>
    <w:rsid w:val="00EE2FFA"/>
    <w:rsid w:val="00EE5D58"/>
    <w:rsid w:val="00EF2C4A"/>
    <w:rsid w:val="00EF6C87"/>
    <w:rsid w:val="00F1049C"/>
    <w:rsid w:val="00F1513F"/>
    <w:rsid w:val="00F16428"/>
    <w:rsid w:val="00F20084"/>
    <w:rsid w:val="00F2088C"/>
    <w:rsid w:val="00F2201F"/>
    <w:rsid w:val="00F23A7F"/>
    <w:rsid w:val="00F24D6F"/>
    <w:rsid w:val="00F24FC5"/>
    <w:rsid w:val="00F32D48"/>
    <w:rsid w:val="00F33744"/>
    <w:rsid w:val="00F33D8A"/>
    <w:rsid w:val="00F358D2"/>
    <w:rsid w:val="00F40E47"/>
    <w:rsid w:val="00F445BB"/>
    <w:rsid w:val="00F44DBA"/>
    <w:rsid w:val="00F4564F"/>
    <w:rsid w:val="00F5582A"/>
    <w:rsid w:val="00F57D88"/>
    <w:rsid w:val="00F61302"/>
    <w:rsid w:val="00F62C16"/>
    <w:rsid w:val="00F62D88"/>
    <w:rsid w:val="00F63933"/>
    <w:rsid w:val="00F8007F"/>
    <w:rsid w:val="00F8024A"/>
    <w:rsid w:val="00F85924"/>
    <w:rsid w:val="00FA3268"/>
    <w:rsid w:val="00FA562F"/>
    <w:rsid w:val="00FA73F5"/>
    <w:rsid w:val="00FB1298"/>
    <w:rsid w:val="00FB458C"/>
    <w:rsid w:val="00FC693F"/>
    <w:rsid w:val="00FD0261"/>
    <w:rsid w:val="00FD1F8D"/>
    <w:rsid w:val="00FD724E"/>
    <w:rsid w:val="00FF332A"/>
    <w:rsid w:val="00FF6985"/>
    <w:rsid w:val="00FF776D"/>
    <w:rsid w:val="37131BD7"/>
    <w:rsid w:val="779CF5FB"/>
    <w:rsid w:val="7B76F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720C80"/>
  <w14:defaultImageDpi w14:val="300"/>
  <w15:docId w15:val="{7F2CEA02-F8E2-49B4-ABA0-88E10A06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95F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F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7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3848">
              <w:marLeft w:val="6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0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1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6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6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124</Words>
  <Characters>707</Characters>
  <Application>Microsoft Office Word</Application>
  <DocSecurity>0</DocSecurity>
  <Lines>5</Lines>
  <Paragraphs>1</Paragraphs>
  <ScaleCrop>false</ScaleCrop>
  <Manager/>
  <Company/>
  <LinksUpToDate>false</LinksUpToDate>
  <CharactersWithSpaces>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Tammy Nuckolls</cp:lastModifiedBy>
  <cp:revision>18</cp:revision>
  <cp:lastPrinted>2026-02-13T18:35:00Z</cp:lastPrinted>
  <dcterms:created xsi:type="dcterms:W3CDTF">2026-08-13T21:18:00Z</dcterms:created>
  <dcterms:modified xsi:type="dcterms:W3CDTF">2026-08-24T14:16:00Z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354f365d60d282d4384c50f0110e4c475b39537698aadfe5b0750df5ff9a91f4</vt:lpwstr>
  </property>
</Properties>
</file>